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בסיסיות מעולם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כמה חוקים פשוטים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התנהגות ספורטיבית והוגנת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מכניסים את הכדור לשער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קבוצה מגנה על שער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תפקידו של השופט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(המקום שמכניסים בו גול)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(מה שבועטים בו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(שומר על החוקים)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(שחקנים שמשחקים 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אני אוהב/ת לבעוט לשער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ומתנהגים 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שער - המקום שמכניסים בו 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בכבוד, בלי כעס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באיורים או סמלים לצד המילים לחיזוק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חלק מהתרגילים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במילים חדשות גם במשפט אישי קצר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כדורגל הוא משחק שבו שתי קבוצות מנסות להכניס כדור לשער היריב. במשחק יש שופט, שחקנים ושוער, וכולם צריכים לשחק בהגינות.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שער  ·  שופט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שחקנים יש בכל קבוצה על המגרש?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מכניסים 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מכניסים את הכדור לשער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זורקים את הכדור לקהל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רצים מהר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כדורגל יש שני שערים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השופט מחליט אם הייתה עבירה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לנצח צריך להכניס את הכדור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ה-__________ שומר על החוקים במשחק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מילה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שומר על החוקים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המקום שמכניסים בו גול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שחקנים שמשחקים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מה שבועטים בו במשחק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אתם אוהבים במשחק כדורגל? כתבו משפט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חושבים ומתנהגים 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שער בכדורגל?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שומר על החוקים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המשחק שכולם אוהבים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