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כמה חוקים פשוטים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ספורטיבית והוגנת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מכניסים את הכדור לשער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מכבדים את הקבוצה המנצחת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לשמור על השער ולא לתת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קבוצה מגנה על שער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אסור ולא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תפקידו של השופט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רק השוער יכול לגעת בידיים בתוך השטח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התנהגות ספורטיבית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(המקום שמכניסים בו 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(מה שבועטים בו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(שומר על החוקים)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(שחקנים שמשחקים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(שומר על השער)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אני אוהב/ת לבעוט לשער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ומתנהגים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מצפים לתשובה שמראה אכפתיות, כמו לעזור לו לקום או לשאול אם הוא בסדר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שער - המקום שמכניסים בו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בכבוד, בלי כעס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באיורים או סמלים לצד המילים לחיזוק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חלק מהתרגילים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במילים חדשות גם במשפט אישי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כדורגל זה משחק. יש שתי קבוצות. כל קבוצה רוצה להכניס כדור לשער. יש שופט שעוזר לשמור על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שאליו מכניסים את הכדור כדי לנצח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החפץ העגול שבועטים בו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משחקים כדורגל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שחקנים שמשחקים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ששומר על החוקים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ששומר על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ניצחון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כשקבוצה מנצחת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להתנהג יפה גם כשמפסידים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משחקים מכל צד?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כדי לנצח?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מכניסים את הכדור לשער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זורקים את הכדור לקהל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יושבים על הספסל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אחראי על הסדר?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היריב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מתנהגים אחרי הפסד?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מכבדים את הקבוצה המנצחת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צועקים וכועסים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עוזבים את המגרש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מתווכחים עם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השוער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השער ולא לתת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לבעוט כמה שיותר גולים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לשבת בספסל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לצפות מהקהל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כדורגל יש שני שערים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להכות שחקן מהקבוצה היריבה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מחליט אם הייתה עבירה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השחקנים יכולים לגעת בכדור בידיים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לכבד את הקבוצה היריבה גם כשמפסידים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לנצח צריך להכניס את הכדור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ה-__________ שומר על החוקים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במגרש משחקות __________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ה-__________ מגן על השער ולא נותן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כשקבוצה מפסידה צריך להתנהג ב-__________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שומר על החוקים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שחקנים שמשחקים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שמכניסים בו 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שבועטים בו במשחק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אתם אוהבים במשחק כדורגל? כתבו 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ומתנהגים 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מה עושים כששחקן מהקבוצה היריבה נופל על המגרש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שער בכדורגל?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שומר על החוקים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מתנהגים כשמפסידים?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