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כמה חוקים פשוטים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ספורטיבית והוגנת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מכניסים את הכדור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מכבדים את הקבוצה המנצחת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לשמור על השער ולא לתת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מגנה על שער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אסור ולא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של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השוער יכול לגעת בידיים בתוך השטח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התנהגות ספורטיבית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(המקום שמכניסים בו 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שבועטים בו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(שומר על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(שחקנים שמשחקים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(שומר על השער)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אני אוהב/ת לבעוט לשער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ומתנהגים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מצפים לתשובה שמראה אכפתיות, כמו לעזור לו לקום או לשאול אם הוא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 - המקום שמכניסים בו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בכבוד, בלי כעס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באיורים או סמלים לצד המילים לחיזוק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חלק מהתרגילים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במילים חדשות גם במשפט אישי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הוא משחק שבו שתי קבוצות מנסות להכניס כדור לשער היריב. במשחק יש שופט, שחקנים ושוער, וכולם צריכים לשחק בהגינות.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מכניסים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מכניסים את הכדור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זורקים את הכדור לקהל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יושבים על 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שומר על החוקים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כשהקבוצה שלנו מפסידה?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מכבדים את הקבוצה המנצחת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צועקים וכועסים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עוזבים את המגרש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מתווכחים עם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השוער?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השער ולא לתת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לבעוט כמה שיותר 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בספסל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לצפות מהקהל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להכות שחקן מהקבוצה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מחליט אם הייתה עבירה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השחקנים יכולים לגעת בכדור בידיים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לכבד את הקבוצה היריבה גם כשמפסידים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לנצח צריך להכניס את הכדור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ה-__________ שומר על החוקים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במגרש משחקות __________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ה-__________ מגן על השער ולא נותן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כשקבוצה מפסידה צריך להתנהג ב-__________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שחקנים שמשחקים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שבועטים בו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שמכניסים בו גול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אתם אוהבים במשחק כדורגל?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ומתנהגים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מה עושים כששחקן מהקבוצה היריבה נופל על המגרש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שער בכדורגל?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החוקים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מתנהגים כשמפסידים?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